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ГОСТИ ВМЕСТЕ  •  ПАМЯТКА ДЛЯ ОРГАНИЗАТОРА</w:t>
      </w:r>
    </w:p>
    <w:p>
      <w:pPr>
        <w:pStyle w:val="Title"/>
      </w:pPr>
      <w:r>
        <w:t>Бриф для согласования зала и меню</w:t>
      </w:r>
    </w:p>
    <w:p>
      <w:r>
        <w:t>Заполните известные сведения и используйте список в разговоре с площадкой. Неизвестные условия оставьте на уточнение.</w:t>
      </w:r>
    </w:p>
    <w:p>
      <w:r>
        <w:rPr>
          <w:i/>
          <w:sz w:val="18"/>
        </w:rPr>
        <w:t>Это неофициальный шаблон редакции. Он не является договором, заявлением в государственный орган или подтверждением брони.</w:t>
      </w:r>
    </w:p>
    <w:p>
      <w:pPr>
        <w:pStyle w:val="Heading1"/>
      </w:pPr>
      <w:r>
        <w:t>Встреча и помещение</w:t>
      </w:r>
    </w:p>
    <w:p>
      <w:r>
        <w:rPr>
          <w:b/>
        </w:rPr>
        <w:t xml:space="preserve">Дата и время  </w:t>
      </w:r>
      <w:r>
        <w:t>________________________________________________</w:t>
      </w:r>
    </w:p>
    <w:p>
      <w:r>
        <w:rPr>
          <w:b/>
        </w:rPr>
        <w:t xml:space="preserve">Гостей подтверждено / ещё уточняют  </w:t>
      </w:r>
      <w:r>
        <w:t>________________________________________________</w:t>
      </w:r>
    </w:p>
    <w:p>
      <w:r>
        <w:rPr>
          <w:b/>
        </w:rPr>
        <w:t xml:space="preserve">Заведение и конкретный зал  </w:t>
      </w:r>
      <w:r>
        <w:t>________________________________________________</w:t>
      </w:r>
    </w:p>
    <w:p>
      <w:r>
        <w:rPr>
          <w:b/>
        </w:rPr>
        <w:t xml:space="preserve">Вход этаж ступени лифт и место высадки  </w:t>
      </w:r>
      <w:r>
        <w:t>________________________________________________</w:t>
      </w:r>
    </w:p>
    <w:p>
      <w:pPr>
        <w:pStyle w:val="Heading1"/>
      </w:pPr>
      <w:r>
        <w:t>Меню и стоимость</w:t>
      </w:r>
    </w:p>
    <w:p>
      <w:r>
        <w:rPr>
          <w:b/>
        </w:rPr>
        <w:t xml:space="preserve">Меню и количество порций каждого вида  </w:t>
      </w:r>
      <w:r>
        <w:t>________________________________________________</w:t>
      </w:r>
    </w:p>
    <w:p>
      <w:r>
        <w:rPr>
          <w:b/>
        </w:rPr>
        <w:t xml:space="preserve">Замены и особенности питания  </w:t>
      </w:r>
      <w:r>
        <w:t>________________________________________________</w:t>
      </w:r>
    </w:p>
    <w:p>
      <w:r>
        <w:rPr>
          <w:b/>
        </w:rPr>
        <w:t xml:space="preserve">Цена меню × порции / дополнения / итог  </w:t>
      </w:r>
      <w:r>
        <w:t>________________________________________________</w:t>
      </w:r>
    </w:p>
    <w:p>
      <w:r>
        <w:rPr>
          <w:b/>
        </w:rPr>
        <w:t xml:space="preserve">Предоплата срок и способ оплаты  </w:t>
      </w:r>
      <w:r>
        <w:t>________________________________________________</w:t>
      </w:r>
    </w:p>
    <w:p>
      <w:pPr>
        <w:pStyle w:val="Heading1"/>
      </w:pPr>
      <w:r>
        <w:t>Подтвердить перед оплатой</w:t>
      </w:r>
    </w:p>
    <w:p>
      <w:r>
        <w:t>□  Все гости размещаются в согласованном помещении</w:t>
      </w:r>
    </w:p>
    <w:p>
      <w:r>
        <w:t>□  Состав блюд выход напитки и время подачи зафиксированы</w:t>
      </w:r>
    </w:p>
    <w:p>
      <w:r>
        <w:t>□  Уточнён срок изменения количества гостей и меню</w:t>
      </w:r>
    </w:p>
    <w:p>
      <w:r>
        <w:t>□  Понятны условия переноса отмены и возврата</w:t>
      </w:r>
    </w:p>
    <w:p>
      <w:r>
        <w:t>□  Есть контакт ответственного и документ об оплате</w:t>
      </w:r>
    </w:p>
    <w:p>
      <w:pPr>
        <w:pStyle w:val="Heading1"/>
      </w:pPr>
      <w:r>
        <w:t>Итог согласования</w:t>
      </w:r>
    </w:p>
    <w:p>
      <w:r>
        <w:rPr>
          <w:b/>
        </w:rPr>
        <w:t xml:space="preserve">Что ещё требуется уточнить  </w:t>
      </w:r>
      <w:r>
        <w:t>________________________________________________</w:t>
      </w:r>
    </w:p>
    <w:p>
      <w:r>
        <w:rPr>
          <w:b/>
        </w:rPr>
        <w:t xml:space="preserve">Дата последнего подтверждения  </w:t>
      </w:r>
      <w:r>
        <w:t>________________________________________________</w:t>
      </w:r>
    </w:p>
    <w:p>
      <w:r>
        <w:rPr>
          <w:sz w:val="16"/>
        </w:rPr>
        <w:t>Не вписывайте паспортные данные и медицинские диагнозы. Требования к питанию передавайте только с согласия участника. Сохраняйте окончательные условия в переписке или договоре с исполнителем.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gostivmeste.ru  •  Версия от 23 октября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2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Неофициальная памятка для подготовки вопросов площадке</dc:subject>
  <dc:creator>ГОСТИ ВМЕСТЕ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